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7D86B" w14:textId="0FC4E175" w:rsidR="000933D6" w:rsidRDefault="00000000" w:rsidP="000933D6">
      <w:pPr>
        <w:spacing w:after="240"/>
        <w:rPr>
          <w:sz w:val="19"/>
          <w:u w:val="single"/>
          <w:lang w:val="es-AR"/>
        </w:rPr>
      </w:pPr>
      <w:r w:rsidRPr="000933D6">
        <w:rPr>
          <w:b/>
          <w:sz w:val="19"/>
          <w:lang w:val="es-AR"/>
        </w:rPr>
        <w:t>DOCUMENTACIÓN OFICIAL DE REFERENCIA:</w:t>
      </w:r>
      <w:r w:rsidRPr="000933D6">
        <w:rPr>
          <w:b/>
          <w:sz w:val="19"/>
          <w:lang w:val="es-AR"/>
        </w:rPr>
        <w:br/>
        <w:t>Resolución Rectoral RR N.º 50/2026</w:t>
      </w:r>
      <w:r w:rsidRPr="000933D6">
        <w:rPr>
          <w:b/>
          <w:sz w:val="19"/>
          <w:lang w:val="es-AR"/>
        </w:rPr>
        <w:br/>
        <w:t xml:space="preserve">Enlace web oficial: </w:t>
      </w:r>
      <w:hyperlink r:id="rId6" w:history="1">
        <w:r w:rsidR="000933D6" w:rsidRPr="00A0786C">
          <w:rPr>
            <w:rStyle w:val="Hipervnculo"/>
            <w:sz w:val="19"/>
            <w:lang w:val="es-AR"/>
          </w:rPr>
          <w:t>https://www.unvime.edu.ar/wp-content/uploads/2026/10/RR-N-50-2026-CONVOCATORIA-ABIERTA-PROGRAMACION-RADIO-UNVIME.pdf</w:t>
        </w:r>
      </w:hyperlink>
    </w:p>
    <w:p w14:paraId="67541335" w14:textId="77777777" w:rsidR="000933D6" w:rsidRDefault="000933D6" w:rsidP="000933D6">
      <w:pPr>
        <w:spacing w:before="240" w:after="80"/>
        <w:jc w:val="center"/>
        <w:rPr>
          <w:b/>
          <w:sz w:val="28"/>
          <w:lang w:val="es-AR"/>
        </w:rPr>
      </w:pPr>
    </w:p>
    <w:p w14:paraId="085DD49C" w14:textId="77777777" w:rsidR="008B2781" w:rsidRPr="008B2781" w:rsidRDefault="008B2781" w:rsidP="008B2781">
      <w:pPr>
        <w:spacing w:after="280"/>
        <w:rPr>
          <w:b/>
          <w:bCs/>
          <w:lang w:val="es-AR"/>
        </w:rPr>
      </w:pPr>
      <w:r w:rsidRPr="008B2781">
        <w:rPr>
          <w:b/>
          <w:bCs/>
          <w:lang w:val="es-AR"/>
        </w:rPr>
        <w:t xml:space="preserve">Formulario de presentación de propuestas para integrar la programación de Radio </w:t>
      </w:r>
      <w:proofErr w:type="spellStart"/>
      <w:r w:rsidRPr="008B2781">
        <w:rPr>
          <w:b/>
          <w:bCs/>
          <w:lang w:val="es-AR"/>
        </w:rPr>
        <w:t>UNViMe</w:t>
      </w:r>
      <w:proofErr w:type="spellEnd"/>
    </w:p>
    <w:p w14:paraId="12B22B08" w14:textId="77777777" w:rsidR="008B2781" w:rsidRPr="008B2781" w:rsidRDefault="008B2781" w:rsidP="008B2781">
      <w:pPr>
        <w:spacing w:after="280"/>
        <w:rPr>
          <w:b/>
          <w:bCs/>
          <w:lang w:val="es-AR"/>
        </w:rPr>
      </w:pPr>
      <w:r w:rsidRPr="008B2781">
        <w:rPr>
          <w:b/>
          <w:bCs/>
          <w:lang w:val="es-AR"/>
        </w:rPr>
        <w:t>1. Datos de la propuesta</w:t>
      </w:r>
    </w:p>
    <w:p w14:paraId="58299AE3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Nombre del programa:</w:t>
      </w:r>
      <w:r w:rsidRPr="008B2781">
        <w:rPr>
          <w:lang w:val="es-AR"/>
        </w:rPr>
        <w:br/>
        <w:t>............................................................................................................................</w:t>
      </w:r>
    </w:p>
    <w:p w14:paraId="4F27CD28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Responsable:</w:t>
      </w:r>
      <w:r w:rsidRPr="008B2781">
        <w:rPr>
          <w:lang w:val="es-AR"/>
        </w:rPr>
        <w:br/>
        <w:t xml:space="preserve">Nombre y </w:t>
      </w:r>
      <w:proofErr w:type="gramStart"/>
      <w:r w:rsidRPr="008B2781">
        <w:rPr>
          <w:lang w:val="es-AR"/>
        </w:rPr>
        <w:t>Apellido:........................</w:t>
      </w:r>
      <w:proofErr w:type="gramEnd"/>
      <w:r w:rsidRPr="008B2781">
        <w:rPr>
          <w:lang w:val="es-AR"/>
        </w:rPr>
        <w:br/>
      </w:r>
      <w:proofErr w:type="gramStart"/>
      <w:r w:rsidRPr="008B2781">
        <w:rPr>
          <w:lang w:val="es-AR"/>
        </w:rPr>
        <w:t>DNI:................................................</w:t>
      </w:r>
      <w:proofErr w:type="gramEnd"/>
      <w:r w:rsidRPr="008B2781">
        <w:rPr>
          <w:lang w:val="es-AR"/>
        </w:rPr>
        <w:br/>
      </w:r>
      <w:proofErr w:type="gramStart"/>
      <w:r w:rsidRPr="008B2781">
        <w:rPr>
          <w:lang w:val="es-AR"/>
        </w:rPr>
        <w:t>Correo:..............................................</w:t>
      </w:r>
      <w:proofErr w:type="gramEnd"/>
      <w:r w:rsidRPr="008B2781">
        <w:rPr>
          <w:lang w:val="es-AR"/>
        </w:rPr>
        <w:br/>
      </w:r>
      <w:proofErr w:type="gramStart"/>
      <w:r w:rsidRPr="008B2781">
        <w:rPr>
          <w:lang w:val="es-AR"/>
        </w:rPr>
        <w:t>Teléfono:...........................................</w:t>
      </w:r>
      <w:proofErr w:type="gramEnd"/>
    </w:p>
    <w:p w14:paraId="44F65771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Escuela / Secretaría / área / dependencia:</w:t>
      </w:r>
      <w:r w:rsidRPr="008B2781">
        <w:rPr>
          <w:lang w:val="es-AR"/>
        </w:rPr>
        <w:br/>
        <w:t>............................................................................................................................</w:t>
      </w:r>
    </w:p>
    <w:p w14:paraId="398550B5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Claustro/s al que pertenece/n: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0"/>
          <w:id w:val="1141553508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Docente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"/>
          <w:id w:val="-1435258547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</w:t>
      </w:r>
      <w:proofErr w:type="spellStart"/>
      <w:r w:rsidRPr="008B2781">
        <w:rPr>
          <w:lang w:val="es-AR"/>
        </w:rPr>
        <w:t>Nodocente</w:t>
      </w:r>
      <w:proofErr w:type="spellEnd"/>
      <w:r w:rsidRPr="008B2781">
        <w:rPr>
          <w:lang w:val="es-AR"/>
        </w:rPr>
        <w:br/>
      </w:r>
      <w:sdt>
        <w:sdtPr>
          <w:rPr>
            <w:lang w:val="es-AR"/>
          </w:rPr>
          <w:tag w:val="goog_rdk_2"/>
          <w:id w:val="-425037282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Estudiante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"/>
          <w:id w:val="2018929964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Graduado/a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4"/>
          <w:id w:val="1209322750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Equipo interdisciplinario</w:t>
      </w:r>
    </w:p>
    <w:p w14:paraId="4A76149B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Integrantes del equipo: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520"/>
        <w:gridCol w:w="1166"/>
        <w:gridCol w:w="1701"/>
        <w:gridCol w:w="3118"/>
      </w:tblGrid>
      <w:tr w:rsidR="008B2781" w:rsidRPr="008B2781" w14:paraId="2BB6E21F" w14:textId="77777777"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6AE2" w14:textId="77777777" w:rsidR="008B2781" w:rsidRPr="008B2781" w:rsidRDefault="008B2781" w:rsidP="008B2781">
            <w:pPr>
              <w:spacing w:after="280"/>
              <w:rPr>
                <w:b/>
                <w:bCs/>
                <w:lang w:val="es-AR"/>
              </w:rPr>
            </w:pPr>
            <w:r w:rsidRPr="008B2781">
              <w:rPr>
                <w:b/>
                <w:bCs/>
                <w:lang w:val="es-AR"/>
              </w:rPr>
              <w:t>Apellido y nombre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1B25" w14:textId="77777777" w:rsidR="008B2781" w:rsidRPr="008B2781" w:rsidRDefault="008B2781" w:rsidP="008B2781">
            <w:pPr>
              <w:spacing w:after="280"/>
              <w:rPr>
                <w:b/>
                <w:bCs/>
                <w:lang w:val="es-AR"/>
              </w:rPr>
            </w:pPr>
            <w:r w:rsidRPr="008B2781">
              <w:rPr>
                <w:b/>
                <w:bCs/>
                <w:lang w:val="es-AR"/>
              </w:rPr>
              <w:t>Claustro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395F" w14:textId="77777777" w:rsidR="008B2781" w:rsidRPr="008B2781" w:rsidRDefault="008B2781" w:rsidP="008B2781">
            <w:pPr>
              <w:spacing w:after="280"/>
              <w:rPr>
                <w:b/>
                <w:bCs/>
                <w:lang w:val="es-AR"/>
              </w:rPr>
            </w:pPr>
            <w:r w:rsidRPr="008B2781">
              <w:rPr>
                <w:b/>
                <w:bCs/>
                <w:lang w:val="es-AR"/>
              </w:rPr>
              <w:t>Escuela/Área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F708" w14:textId="77777777" w:rsidR="008B2781" w:rsidRPr="008B2781" w:rsidRDefault="008B2781" w:rsidP="008B2781">
            <w:pPr>
              <w:spacing w:after="280"/>
              <w:rPr>
                <w:b/>
                <w:bCs/>
                <w:lang w:val="es-AR"/>
              </w:rPr>
            </w:pPr>
            <w:r w:rsidRPr="008B2781">
              <w:rPr>
                <w:b/>
                <w:bCs/>
                <w:lang w:val="es-AR"/>
              </w:rPr>
              <w:t>Función en la propuesta</w:t>
            </w:r>
          </w:p>
        </w:tc>
      </w:tr>
      <w:tr w:rsidR="008B2781" w:rsidRPr="008B2781" w14:paraId="6654DB22" w14:textId="77777777"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8E9D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DE38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0B99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ACCC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</w:tr>
      <w:tr w:rsidR="008B2781" w:rsidRPr="008B2781" w14:paraId="72288AF6" w14:textId="77777777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9D10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565E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B08AD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94FE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</w:tr>
      <w:tr w:rsidR="008B2781" w:rsidRPr="008B2781" w14:paraId="77AD5963" w14:textId="77777777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E0E4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3AB5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0E37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335D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</w:tr>
      <w:tr w:rsidR="008B2781" w:rsidRPr="008B2781" w14:paraId="76D3BD20" w14:textId="77777777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2CAA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5FC7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5653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5989" w14:textId="77777777" w:rsidR="008B2781" w:rsidRPr="008B2781" w:rsidRDefault="008B2781" w:rsidP="008B2781">
            <w:pPr>
              <w:spacing w:after="280"/>
              <w:rPr>
                <w:lang w:val="es-AR"/>
              </w:rPr>
            </w:pPr>
          </w:p>
        </w:tc>
      </w:tr>
    </w:tbl>
    <w:p w14:paraId="340B6518" w14:textId="77777777" w:rsidR="008B2781" w:rsidRPr="008B2781" w:rsidRDefault="008B2781" w:rsidP="008B2781">
      <w:pPr>
        <w:spacing w:after="280"/>
        <w:rPr>
          <w:lang w:val="es-AR"/>
        </w:rPr>
      </w:pPr>
    </w:p>
    <w:p w14:paraId="343215EC" w14:textId="77777777" w:rsidR="008B2781" w:rsidRPr="008B2781" w:rsidRDefault="008B2781" w:rsidP="008B2781">
      <w:pPr>
        <w:spacing w:after="280"/>
        <w:rPr>
          <w:b/>
          <w:bCs/>
          <w:lang w:val="es-AR"/>
        </w:rPr>
      </w:pPr>
      <w:r w:rsidRPr="008B2781">
        <w:rPr>
          <w:b/>
          <w:bCs/>
          <w:lang w:val="es-AR"/>
        </w:rPr>
        <w:lastRenderedPageBreak/>
        <w:t>2. Descripción de la propuesta</w:t>
      </w:r>
    </w:p>
    <w:p w14:paraId="007FCE2A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Título y presentación breve de la misma:</w:t>
      </w:r>
    </w:p>
    <w:p w14:paraId="4214C30D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t>Describa en forma sintética la propuesta, su temática central y el enfoque que tendrá.</w:t>
      </w:r>
    </w:p>
    <w:p w14:paraId="318BA07E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t>............................................................................................................................</w:t>
      </w:r>
    </w:p>
    <w:p w14:paraId="5498CDC0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t>............................................................................................................................</w:t>
      </w:r>
    </w:p>
    <w:p w14:paraId="051A1FA3" w14:textId="77777777" w:rsidR="008B2781" w:rsidRPr="008B2781" w:rsidRDefault="008B2781" w:rsidP="008B2781">
      <w:pPr>
        <w:spacing w:after="280"/>
        <w:rPr>
          <w:lang w:val="es-AR"/>
        </w:rPr>
      </w:pPr>
    </w:p>
    <w:p w14:paraId="563C5E5F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br/>
        <w:t>Objetivos</w:t>
      </w:r>
    </w:p>
    <w:p w14:paraId="64FD3827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t>Indique los principales objetivos de la propuesta.</w:t>
      </w:r>
    </w:p>
    <w:p w14:paraId="6160219C" w14:textId="77777777" w:rsidR="008B2781" w:rsidRPr="008B2781" w:rsidRDefault="008B2781" w:rsidP="008B2781">
      <w:pPr>
        <w:numPr>
          <w:ilvl w:val="0"/>
          <w:numId w:val="10"/>
        </w:numPr>
        <w:spacing w:after="280"/>
        <w:rPr>
          <w:lang w:val="es-AR"/>
        </w:rPr>
      </w:pPr>
      <w:r w:rsidRPr="008B2781">
        <w:rPr>
          <w:lang w:val="es-AR"/>
        </w:rPr>
        <w:t>..........................................................................................................................</w:t>
      </w:r>
    </w:p>
    <w:p w14:paraId="3FF637A9" w14:textId="77777777" w:rsidR="008B2781" w:rsidRPr="008B2781" w:rsidRDefault="008B2781" w:rsidP="008B2781">
      <w:pPr>
        <w:numPr>
          <w:ilvl w:val="0"/>
          <w:numId w:val="10"/>
        </w:numPr>
        <w:spacing w:after="280"/>
        <w:rPr>
          <w:lang w:val="es-AR"/>
        </w:rPr>
      </w:pPr>
      <w:r w:rsidRPr="008B2781">
        <w:rPr>
          <w:lang w:val="es-AR"/>
        </w:rPr>
        <w:t>..........................................................................................................................</w:t>
      </w:r>
    </w:p>
    <w:p w14:paraId="63C22E00" w14:textId="77777777" w:rsidR="008B2781" w:rsidRPr="008B2781" w:rsidRDefault="008B2781" w:rsidP="008B2781">
      <w:pPr>
        <w:numPr>
          <w:ilvl w:val="0"/>
          <w:numId w:val="10"/>
        </w:numPr>
        <w:spacing w:after="280"/>
        <w:rPr>
          <w:lang w:val="es-AR"/>
        </w:rPr>
      </w:pPr>
      <w:r w:rsidRPr="008B2781">
        <w:rPr>
          <w:lang w:val="es-AR"/>
        </w:rPr>
        <w:t>..........................................................................................................................</w:t>
      </w:r>
    </w:p>
    <w:p w14:paraId="2B6BAD83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pict w14:anchorId="31C5DC8C">
          <v:rect id="_x0000_i1097" style="width:441.9pt;height:1.5pt" o:hralign="center" o:hrstd="t" o:hr="t" fillcolor="#a0a0a0" stroked="f"/>
        </w:pict>
      </w:r>
    </w:p>
    <w:p w14:paraId="5CEC4990" w14:textId="77777777" w:rsidR="008B2781" w:rsidRPr="008B2781" w:rsidRDefault="008B2781" w:rsidP="008B2781">
      <w:pPr>
        <w:spacing w:after="280"/>
        <w:rPr>
          <w:b/>
          <w:bCs/>
          <w:lang w:val="es-AR"/>
        </w:rPr>
      </w:pPr>
      <w:r w:rsidRPr="008B2781">
        <w:rPr>
          <w:b/>
          <w:bCs/>
          <w:lang w:val="es-AR"/>
        </w:rPr>
        <w:t>3. Contenidos y enfoque</w:t>
      </w:r>
    </w:p>
    <w:p w14:paraId="6FCF0462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Temática/s principal/es</w:t>
      </w:r>
    </w:p>
    <w:p w14:paraId="73E81318" w14:textId="77777777" w:rsidR="008B2781" w:rsidRPr="008B2781" w:rsidRDefault="008B2781" w:rsidP="008B2781">
      <w:pPr>
        <w:spacing w:after="280"/>
        <w:rPr>
          <w:lang w:val="es-AR"/>
        </w:rPr>
      </w:pPr>
      <w:sdt>
        <w:sdtPr>
          <w:rPr>
            <w:lang w:val="es-AR"/>
          </w:rPr>
          <w:tag w:val="goog_rdk_5"/>
          <w:id w:val="-99233562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Enseñanza y vida académica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6"/>
          <w:id w:val="1401872777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Ciencia, investigación e innovación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7"/>
          <w:id w:val="-2022855995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Extensión universitaria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8"/>
          <w:id w:val="283876090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Cultura y producción artística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9"/>
          <w:id w:val="1877764836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Comunicación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0"/>
          <w:id w:val="1474606094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Tecnología y transformación digital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1"/>
          <w:id w:val="66213581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Salud y bienestar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2"/>
          <w:id w:val="1147364098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Ambiente y desarrollo sostenible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3"/>
          <w:id w:val="-1801867716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Economía, empresas y producción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4"/>
          <w:id w:val="1099038440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Educación y sociedad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5"/>
          <w:id w:val="2002986884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Deportes y vida universitaria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6"/>
          <w:id w:val="64042619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Derechos, ciudadanía y participación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7"/>
          <w:id w:val="1212516147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Juventudes y estudiantes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8"/>
          <w:id w:val="822128117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Historias y protagonistas de la Universidad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19"/>
          <w:id w:val="594950167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Música y producciones culturales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20"/>
          <w:id w:val="-1800137416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Divulgación científica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21"/>
          <w:id w:val="-80993523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Entrevistas y actualidad universitaria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22"/>
          <w:id w:val="-850720215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Podcasts y nuevos formatos de comunicación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23"/>
          <w:id w:val="-1812122750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Otra/s: ............................................................................................................</w:t>
      </w:r>
    </w:p>
    <w:p w14:paraId="29316459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Público destinatario</w:t>
      </w:r>
    </w:p>
    <w:p w14:paraId="66E38212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t>Indique a quiénes está dirigida principalmente la propuesta.</w:t>
      </w:r>
    </w:p>
    <w:p w14:paraId="4101E147" w14:textId="77777777" w:rsidR="008B2781" w:rsidRPr="008B2781" w:rsidRDefault="008B2781" w:rsidP="008B2781">
      <w:pPr>
        <w:spacing w:after="280"/>
        <w:rPr>
          <w:lang w:val="es-AR"/>
        </w:rPr>
      </w:pPr>
      <w:sdt>
        <w:sdtPr>
          <w:rPr>
            <w:lang w:val="es-AR"/>
          </w:rPr>
          <w:tag w:val="goog_rdk_24"/>
          <w:id w:val="284385014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Estudiantes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25"/>
          <w:id w:val="-678805240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Docentes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26"/>
          <w:id w:val="-1597861481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</w:t>
      </w:r>
      <w:proofErr w:type="spellStart"/>
      <w:r w:rsidRPr="008B2781">
        <w:rPr>
          <w:lang w:val="es-AR"/>
        </w:rPr>
        <w:t>Nodocentes</w:t>
      </w:r>
      <w:proofErr w:type="spellEnd"/>
    </w:p>
    <w:p w14:paraId="002C3A7D" w14:textId="77777777" w:rsidR="008B2781" w:rsidRPr="008B2781" w:rsidRDefault="008B2781" w:rsidP="008B2781">
      <w:pPr>
        <w:spacing w:after="280"/>
        <w:rPr>
          <w:lang w:val="es-AR"/>
        </w:rPr>
      </w:pPr>
    </w:p>
    <w:p w14:paraId="3BCC6AC8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br/>
      </w:r>
      <w:sdt>
        <w:sdtPr>
          <w:rPr>
            <w:lang w:val="es-AR"/>
          </w:rPr>
          <w:tag w:val="goog_rdk_27"/>
          <w:id w:val="-936096093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Graduados/as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28"/>
          <w:id w:val="1577881770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Investigadores/as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29"/>
          <w:id w:val="1557222871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Comunidad universitaria en general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0"/>
          <w:id w:val="-1157948647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Comunidad de Villa Mercedes y la región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1"/>
          <w:id w:val="1208357485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Otro público: ..................................................................................................</w:t>
      </w:r>
    </w:p>
    <w:p w14:paraId="2C295C4A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pict w14:anchorId="0EAAAE0B">
          <v:rect id="_x0000_i1098" style="width:441.9pt;height:1.5pt" o:hralign="center" o:hrstd="t" o:hr="t" fillcolor="#a0a0a0" stroked="f"/>
        </w:pict>
      </w:r>
    </w:p>
    <w:p w14:paraId="49C65EBF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Frecuencia propuesta: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2"/>
          <w:id w:val="2076856772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Semanal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3"/>
          <w:id w:val="1062043163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Quincenal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4"/>
          <w:id w:val="-683389161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Mensual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5"/>
          <w:id w:val="-1056049326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Otra: ...............................................................................................................</w:t>
      </w:r>
    </w:p>
    <w:p w14:paraId="5A2D9363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Modalidad: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6"/>
          <w:id w:val="-195111586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En vivo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7"/>
          <w:id w:val="-626573247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Grabado</w:t>
      </w:r>
      <w:r w:rsidRPr="008B2781">
        <w:rPr>
          <w:lang w:val="es-AR"/>
        </w:rPr>
        <w:br/>
      </w:r>
    </w:p>
    <w:p w14:paraId="217C1A2E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Formato predominante: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8"/>
          <w:id w:val="1434152353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Magazine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39"/>
          <w:id w:val="-1234972956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Entrevistas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40"/>
          <w:id w:val="-654604899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Debate / conversación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41"/>
          <w:id w:val="686497674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Divulgación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42"/>
          <w:id w:val="-941661218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Narrativo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43"/>
          <w:id w:val="1702493928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Musical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44"/>
          <w:id w:val="1061160110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Informativo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45"/>
          <w:id w:val="-83820900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Educativo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46"/>
          <w:id w:val="-1243532310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Otro: ...............................................................................................................</w:t>
      </w:r>
    </w:p>
    <w:p w14:paraId="310508B0" w14:textId="77777777" w:rsidR="008B2781" w:rsidRPr="008B2781" w:rsidRDefault="008B2781" w:rsidP="008B2781">
      <w:pPr>
        <w:spacing w:after="280"/>
        <w:rPr>
          <w:lang w:val="es-AR"/>
        </w:rPr>
      </w:pPr>
    </w:p>
    <w:p w14:paraId="292B27B3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pict w14:anchorId="44E3A4E7">
          <v:rect id="_x0000_i1099" style="width:441.9pt;height:1.5pt" o:hralign="center" o:hrstd="t" o:hr="t" fillcolor="#a0a0a0" stroked="f"/>
        </w:pict>
      </w:r>
    </w:p>
    <w:p w14:paraId="779EB6BF" w14:textId="77777777" w:rsidR="008B2781" w:rsidRPr="008B2781" w:rsidRDefault="008B2781" w:rsidP="008B2781">
      <w:pPr>
        <w:spacing w:after="280"/>
        <w:rPr>
          <w:b/>
          <w:bCs/>
          <w:lang w:val="es-AR"/>
        </w:rPr>
      </w:pPr>
      <w:r w:rsidRPr="008B2781">
        <w:rPr>
          <w:lang w:val="es-AR"/>
        </w:rPr>
        <w:br/>
      </w:r>
      <w:r w:rsidRPr="008B2781">
        <w:rPr>
          <w:b/>
          <w:bCs/>
          <w:lang w:val="es-AR"/>
        </w:rPr>
        <w:t>6. Participación y articulación institucional</w:t>
      </w:r>
    </w:p>
    <w:p w14:paraId="1ED5AA7C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 xml:space="preserve">¿La propuesta articula con otras Escuelas, Secretarías, áreas, carreras o proyectos de la </w:t>
      </w:r>
      <w:proofErr w:type="spellStart"/>
      <w:r w:rsidRPr="008B2781">
        <w:rPr>
          <w:b/>
          <w:bCs/>
          <w:lang w:val="es-AR"/>
        </w:rPr>
        <w:t>UNViMe</w:t>
      </w:r>
      <w:proofErr w:type="spellEnd"/>
      <w:r w:rsidRPr="008B2781">
        <w:rPr>
          <w:b/>
          <w:bCs/>
          <w:lang w:val="es-AR"/>
        </w:rPr>
        <w:t>?</w:t>
      </w:r>
    </w:p>
    <w:p w14:paraId="05FA1C82" w14:textId="77777777" w:rsidR="008B2781" w:rsidRPr="008B2781" w:rsidRDefault="008B2781" w:rsidP="008B2781">
      <w:pPr>
        <w:spacing w:after="280"/>
        <w:rPr>
          <w:lang w:val="es-AR"/>
        </w:rPr>
      </w:pPr>
      <w:sdt>
        <w:sdtPr>
          <w:rPr>
            <w:lang w:val="es-AR"/>
          </w:rPr>
          <w:tag w:val="goog_rdk_47"/>
          <w:id w:val="1100516039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Sí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48"/>
          <w:id w:val="-1524991587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No</w:t>
      </w:r>
    </w:p>
    <w:p w14:paraId="67246950" w14:textId="77777777" w:rsidR="008B2781" w:rsidRPr="008B2781" w:rsidRDefault="008B2781" w:rsidP="008B2781">
      <w:pPr>
        <w:spacing w:after="280"/>
        <w:rPr>
          <w:lang w:val="es-AR"/>
        </w:rPr>
      </w:pPr>
    </w:p>
    <w:p w14:paraId="7AE903D7" w14:textId="77777777" w:rsidR="008B2781" w:rsidRPr="008B2781" w:rsidRDefault="008B2781" w:rsidP="008B2781">
      <w:pPr>
        <w:spacing w:after="280"/>
        <w:rPr>
          <w:lang w:val="es-AR"/>
        </w:rPr>
      </w:pPr>
    </w:p>
    <w:p w14:paraId="584550E1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t>En caso afirmativo, indique cuáles y describa brevemente la articulación propuesta:</w:t>
      </w:r>
    </w:p>
    <w:p w14:paraId="763CB8A7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t>............................................................................................................................</w:t>
      </w:r>
    </w:p>
    <w:p w14:paraId="1284D49C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t>............................................................................................................................</w:t>
      </w:r>
    </w:p>
    <w:p w14:paraId="0CDD148E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pict w14:anchorId="6C3A01A4">
          <v:rect id="_x0000_i1100" style="width:441.9pt;height:1.5pt" o:hralign="center" o:hrstd="t" o:hr="t" fillcolor="#a0a0a0" stroked="f"/>
        </w:pict>
      </w:r>
    </w:p>
    <w:p w14:paraId="186A41B0" w14:textId="77777777" w:rsidR="008B2781" w:rsidRPr="008B2781" w:rsidRDefault="008B2781" w:rsidP="008B2781">
      <w:pPr>
        <w:spacing w:after="280"/>
        <w:rPr>
          <w:b/>
          <w:bCs/>
          <w:lang w:val="es-AR"/>
        </w:rPr>
      </w:pPr>
      <w:r w:rsidRPr="008B2781">
        <w:rPr>
          <w:b/>
          <w:bCs/>
          <w:lang w:val="es-AR"/>
        </w:rPr>
        <w:t>8. Recursos y viabilidad de producción</w:t>
      </w:r>
    </w:p>
    <w:p w14:paraId="3F66B5F5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Recursos técnicos necesarios</w:t>
      </w:r>
    </w:p>
    <w:p w14:paraId="625F5A9C" w14:textId="77777777" w:rsidR="008B2781" w:rsidRPr="008B2781" w:rsidRDefault="008B2781" w:rsidP="008B2781">
      <w:pPr>
        <w:spacing w:after="280"/>
        <w:rPr>
          <w:lang w:val="es-AR"/>
        </w:rPr>
      </w:pPr>
      <w:sdt>
        <w:sdtPr>
          <w:rPr>
            <w:lang w:val="es-AR"/>
          </w:rPr>
          <w:tag w:val="goog_rdk_49"/>
          <w:id w:val="582832551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Estudio de radio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50"/>
          <w:id w:val="2032839167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Micrófonos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51"/>
          <w:id w:val="1321136202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Grabación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52"/>
          <w:id w:val="-101502953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Edición de audio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53"/>
          <w:id w:val="1509302496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Musicalización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54"/>
          <w:id w:val="-950705035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Operación técnica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55"/>
          <w:id w:val="871813036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Otros: .............................................................................................................</w:t>
      </w:r>
    </w:p>
    <w:p w14:paraId="7F23EE02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lastRenderedPageBreak/>
        <w:t>¿El equipo cuenta con experiencia o conocimientos para desarrollar la propuesta?</w:t>
      </w:r>
    </w:p>
    <w:p w14:paraId="206EACAD" w14:textId="77777777" w:rsidR="008B2781" w:rsidRPr="008B2781" w:rsidRDefault="008B2781" w:rsidP="008B2781">
      <w:pPr>
        <w:spacing w:after="280"/>
        <w:rPr>
          <w:lang w:val="es-AR"/>
        </w:rPr>
      </w:pPr>
      <w:sdt>
        <w:sdtPr>
          <w:rPr>
            <w:lang w:val="es-AR"/>
          </w:rPr>
          <w:tag w:val="goog_rdk_56"/>
          <w:id w:val="1295877714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Sí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57"/>
          <w:id w:val="-179971199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No</w:t>
      </w:r>
      <w:r w:rsidRPr="008B2781">
        <w:rPr>
          <w:lang w:val="es-AR"/>
        </w:rPr>
        <w:br/>
      </w:r>
      <w:sdt>
        <w:sdtPr>
          <w:rPr>
            <w:lang w:val="es-AR"/>
          </w:rPr>
          <w:tag w:val="goog_rdk_58"/>
          <w:id w:val="-1878251321"/>
        </w:sdtPr>
        <w:sdtContent>
          <w:r w:rsidRPr="008B2781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Pr="008B2781">
        <w:rPr>
          <w:lang w:val="es-AR"/>
        </w:rPr>
        <w:t xml:space="preserve"> Parcialmente</w:t>
      </w:r>
    </w:p>
    <w:p w14:paraId="50E33CB1" w14:textId="77777777" w:rsidR="008B2781" w:rsidRPr="008B2781" w:rsidRDefault="008B2781" w:rsidP="008B2781">
      <w:pPr>
        <w:spacing w:after="280"/>
        <w:rPr>
          <w:b/>
          <w:bCs/>
          <w:lang w:val="es-AR"/>
        </w:rPr>
      </w:pPr>
      <w:r w:rsidRPr="008B2781">
        <w:rPr>
          <w:b/>
          <w:bCs/>
          <w:lang w:val="es-AR"/>
        </w:rPr>
        <w:t>1. Declaración</w:t>
      </w:r>
    </w:p>
    <w:p w14:paraId="389C35F5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t xml:space="preserve">Quien suscribe declara conocer los objetivos y criterios establecidos en la </w:t>
      </w:r>
      <w:r w:rsidRPr="008B2781">
        <w:rPr>
          <w:b/>
          <w:bCs/>
          <w:lang w:val="es-AR"/>
        </w:rPr>
        <w:t xml:space="preserve">Convocatoria para integrar la programación de Radio </w:t>
      </w:r>
      <w:proofErr w:type="spellStart"/>
      <w:r w:rsidRPr="008B2781">
        <w:rPr>
          <w:b/>
          <w:bCs/>
          <w:lang w:val="es-AR"/>
        </w:rPr>
        <w:t>UNViMe</w:t>
      </w:r>
      <w:proofErr w:type="spellEnd"/>
      <w:r w:rsidRPr="008B2781">
        <w:rPr>
          <w:lang w:val="es-AR"/>
        </w:rPr>
        <w:t xml:space="preserve"> y manifiesta su compromiso con los principios de pluralidad, participación, diversidad, respeto y representación institucional que orientan la convocatoria.</w:t>
      </w:r>
    </w:p>
    <w:p w14:paraId="5BCEC1CF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lang w:val="es-AR"/>
        </w:rPr>
        <w:t>Asimismo, declara que la información consignada en el presente formulario es verdadera y se compromete a desarrollar la propuesta presentada en caso de resultar seleccionada.</w:t>
      </w:r>
    </w:p>
    <w:p w14:paraId="25EDF8D1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Lugar y fecha:</w:t>
      </w:r>
      <w:r w:rsidRPr="008B2781">
        <w:rPr>
          <w:lang w:val="es-AR"/>
        </w:rPr>
        <w:t xml:space="preserve"> ..................................................................................................</w:t>
      </w:r>
    </w:p>
    <w:p w14:paraId="356F42DE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Apellido y nombre:</w:t>
      </w:r>
      <w:r w:rsidRPr="008B2781">
        <w:rPr>
          <w:lang w:val="es-AR"/>
        </w:rPr>
        <w:t xml:space="preserve"> ...........................................................................................</w:t>
      </w:r>
    </w:p>
    <w:p w14:paraId="0865096E" w14:textId="77777777" w:rsidR="008B2781" w:rsidRPr="008B2781" w:rsidRDefault="008B2781" w:rsidP="008B2781">
      <w:pPr>
        <w:spacing w:after="280"/>
        <w:rPr>
          <w:lang w:val="es-AR"/>
        </w:rPr>
      </w:pPr>
      <w:r w:rsidRPr="008B2781">
        <w:rPr>
          <w:b/>
          <w:bCs/>
          <w:lang w:val="es-AR"/>
        </w:rPr>
        <w:t>Firma:</w:t>
      </w:r>
      <w:r w:rsidRPr="008B2781">
        <w:rPr>
          <w:lang w:val="es-AR"/>
        </w:rPr>
        <w:t xml:space="preserve"> ...............................................................................................................</w:t>
      </w:r>
    </w:p>
    <w:p w14:paraId="422A0A17" w14:textId="1D2DBB26" w:rsidR="00EC5FB5" w:rsidRPr="000933D6" w:rsidRDefault="00EC5FB5" w:rsidP="000933D6">
      <w:pPr>
        <w:spacing w:after="280"/>
        <w:rPr>
          <w:lang w:val="es-AR"/>
        </w:rPr>
      </w:pPr>
    </w:p>
    <w:p w14:paraId="61D1DD2F" w14:textId="77777777" w:rsidR="00EC5FB5" w:rsidRPr="000933D6" w:rsidRDefault="00000000" w:rsidP="000933D6">
      <w:pPr>
        <w:spacing w:before="320" w:after="80"/>
        <w:rPr>
          <w:lang w:val="es-AR"/>
        </w:rPr>
      </w:pPr>
      <w:r w:rsidRPr="000933D6">
        <w:rPr>
          <w:b/>
          <w:sz w:val="19"/>
          <w:lang w:val="es-AR"/>
        </w:rPr>
        <w:t>DOCUMENTACIÓN OFICIAL DE CIERRE:</w:t>
      </w:r>
      <w:r w:rsidRPr="000933D6">
        <w:rPr>
          <w:b/>
          <w:sz w:val="19"/>
          <w:lang w:val="es-AR"/>
        </w:rPr>
        <w:br/>
        <w:t>Resolución Rectoral RR N.º 50/2026 completa disponible en:</w:t>
      </w:r>
      <w:r w:rsidRPr="000933D6">
        <w:rPr>
          <w:b/>
          <w:sz w:val="19"/>
          <w:lang w:val="es-AR"/>
        </w:rPr>
        <w:br/>
      </w:r>
      <w:r w:rsidRPr="000933D6">
        <w:rPr>
          <w:sz w:val="19"/>
          <w:u w:val="single"/>
          <w:lang w:val="es-AR"/>
        </w:rPr>
        <w:t>https://www.unvime.edu.ar/wp-content/uploads/2026/10/RR-N-50-2026-CONVOCATORIA-ABIERTA-PROGRAMACION-RADIO-UNVIME.pdf</w:t>
      </w:r>
    </w:p>
    <w:sectPr w:rsidR="00EC5FB5" w:rsidRPr="000933D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D17064"/>
    <w:multiLevelType w:val="multilevel"/>
    <w:tmpl w:val="E87A3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225336422">
    <w:abstractNumId w:val="8"/>
  </w:num>
  <w:num w:numId="2" w16cid:durableId="1673025275">
    <w:abstractNumId w:val="6"/>
  </w:num>
  <w:num w:numId="3" w16cid:durableId="1346327539">
    <w:abstractNumId w:val="5"/>
  </w:num>
  <w:num w:numId="4" w16cid:durableId="2102557572">
    <w:abstractNumId w:val="4"/>
  </w:num>
  <w:num w:numId="5" w16cid:durableId="607153363">
    <w:abstractNumId w:val="7"/>
  </w:num>
  <w:num w:numId="6" w16cid:durableId="546572215">
    <w:abstractNumId w:val="3"/>
  </w:num>
  <w:num w:numId="7" w16cid:durableId="222369620">
    <w:abstractNumId w:val="2"/>
  </w:num>
  <w:num w:numId="8" w16cid:durableId="422071934">
    <w:abstractNumId w:val="1"/>
  </w:num>
  <w:num w:numId="9" w16cid:durableId="421417822">
    <w:abstractNumId w:val="0"/>
  </w:num>
  <w:num w:numId="10" w16cid:durableId="6513733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3D6"/>
    <w:rsid w:val="0015074B"/>
    <w:rsid w:val="0029639D"/>
    <w:rsid w:val="00326F90"/>
    <w:rsid w:val="00666AE2"/>
    <w:rsid w:val="008B2781"/>
    <w:rsid w:val="00AA1D8D"/>
    <w:rsid w:val="00B47730"/>
    <w:rsid w:val="00CA6692"/>
    <w:rsid w:val="00CB0664"/>
    <w:rsid w:val="00EC5F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EEAC2"/>
  <w14:defaultImageDpi w14:val="300"/>
  <w15:docId w15:val="{4F78BD62-004D-4058-A324-329979D46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0933D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93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nvime.edu.ar/wp-content/uploads/2026/10/RR-N-50-2026-CONVOCATORIA-ABIERTA-PROGRAMACION-RADIO-UNVIME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868</Words>
  <Characters>4778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Administrador</cp:lastModifiedBy>
  <cp:revision>2</cp:revision>
  <dcterms:created xsi:type="dcterms:W3CDTF">2026-10-29T18:30:00Z</dcterms:created>
  <dcterms:modified xsi:type="dcterms:W3CDTF">2026-10-29T18:30:00Z</dcterms:modified>
  <cp:category/>
</cp:coreProperties>
</file>